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הבריאה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הבריאה במיתולוגיה היוונית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הדמויות המרכזיות בסיפור הבריאה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ניצל מאביו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הכאוס היה השלב הראשון, לפני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גאיה אכן מייצגת את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קרונוס היה מנהיג הטיטאנים ואביו של זאוס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(המצב הריק הראשוני)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(אלת כדור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(אל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(מנהיג הטיטאנים ואבי זאוס)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הבריאה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הטיטאנים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האלים החדשים ניצחו את הטיטאנים והתיישבו באולימפוס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כאוס – המצב הריק לפני הכל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קרונוס – מנהיג הטיטאנים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האולימפוס – ההר שבו גרים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השלבים על הלוח כדי שהתלמידים יראו אותו חזותית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שמות הדמויות בעל פה לפני 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הבריאה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לפי המיתולוגיה היוונית העולם לא נברא ביום אחד אלא עבר שלבים רבים, מהכאוס הראשוני ועד למלכות האלים על הר האולימפוס. בדף זה נתרגל את סדר האירועים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קרונוס  ·  אורנוס  ·  גאיה  ·  ניצל  ·  כאוס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המצב הראשון, לפני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היא אלת כדור הארץ שהופיעה אחרי הכאוס?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היה אל השמיים שהיה בן זוגה של גאיה?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קרה לזאוס כשהיה תינוק?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נלחם בטיטאנים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ניצל מאביו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עלה לאולימפוס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הכאוס היה השלב האחרון בסיפור הבריאה.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גאיה היא אלת 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קרונוס היה אביו של זאוס.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שהיה סדר בעולם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היא אלת כדור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היה אל השמיים ובן זוגה של גאיה.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מנהיג הטיטאנים ואביו של זאוס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5. כשזאוס היה תינוק הוא __________ מאביו.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אל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 הטיטאנים ואבי זאוס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אורנוס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אלת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קרונוס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המצב הריק הראשוני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הבריאה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גאיה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אורנוס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הטיטאנים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כאוס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קרה אחרי שזאוס גדל והמלחמה הסתיימה?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השלב הראשון בסיפור הבריאה?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אביו של זאוס?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הבריאה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