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סדר הבריאה במיתולוגיה היוונית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הבריאה במיתולוגיה היוונית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הדמויות המרכזיות בסיפור הבריאה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רצף 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הכאוס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אורנוס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קרונוס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הוא ניצל מאביו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מלחמת הטיטאנים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באולימפוס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הכאוס היה השלב הראשון, לפני הכל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גאיה אכן מייצגת את כדור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קרונוס היה מנהיג הטיטאנים ואביו של זאוס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המלחמה הייתה אחרי שזאוס ניצל וגדל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מסתיים סיפור הבריאה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הטיטאנים קדמו לאלי האולימפוס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אורנוס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קרונוס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ניצל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טיטאנים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אולימפוס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דמות לתיאור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(המצב הריק הראשוני)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(אלת כדור הארץ)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(אל השמיים)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(מנהיג הטיטאנים ואבי זאוס)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(הר מגורי האלים החדשים)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הבריאה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אורנוס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הטיטאנים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קרונוס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זאוס ניצל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מלחמת הטיטאנים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האולימפוס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קרונוס, אביו, פחד שילדיו יגברו עליו ולכן רצה לפגוע בהם, לכן הסתירו את זאוס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האלים החדשים ניצחו את הטיטאנים והתיישבו באולימפוס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כאוס – המצב הריק לפני הכל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קרונוס – מנהיג הטיטאנים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האולימפוס – ההר שבו גרים האלים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רצף השלבים על הלוח כדי שהתלמידים יראו אותו חזותית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לחזור על שמות הדמויות בעל פה לפני תרגיל הסידור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סדר הבריאה במיתולוגיה היוונית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לפי המיתולוגיה היוונית העולם לא נברא ביום אחד אלא עבר שלבים רבים, מהכאוס הראשוני ועד למלכות האלים על הר האולימפוס. בדף זה נתרגל את סדר האירועים הזה.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היה המצב הראשון, לפני הכל?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האולימפוס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הטיטאנים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קרונוס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היא אלת כדור הארץ שהופיעה אחרי הכאוס?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קרונוס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היה אל השמיים שהיה בן זוגה של גאיה?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קרונוס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אולימפוס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היה מנהיג הטיטאנים ואביו של זאוס?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קרונוס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הטיטאנים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קרה לזאוס כשהיה תינוק?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נלחם בטיטאנים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ניצל מאביו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עלה לאולימפוס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בנה את ההר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נקראת המלחמה הגדולה בין זאוס לטיטאנים?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מלחמת האלים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מלחמת האולימפוס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מלחמת הטיטאנים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מלחמת גאיה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היכן התיישבו האלים אחרי שניצחו במלחמה?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באולימפוס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באדמה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הכאוס היה השלב האחרון בסיפור הבריאה.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גאיה היא אלת כדור הארץ.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קרונוס היה אביו של זאוס.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מלחמת הטיטאנים התרחשה לפני הולדת זאוס.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האולימפוס הוא ההר שבו גרים האלים אחרי הניצחון במלחמה.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הטיטאנים היו הדור הראשון של האלים, לפני האולימפוס.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שהיה סדר בעולם היה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היא אלת כדור הארץ.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היה אל השמיים ובן זוגה של גאיה.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מנהיג הטיטאנים ואביו של זאוס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כשזאוס היה תינוק הוא __________ מאביו.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המלחמה הגדולה בין זאוס לטיטאנים נקראת מלחמת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7. בסוף הסיפור האלים התיישבו בהר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דמות לתיאור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אלת כדור הארץ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גאיה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מנהיג הטיטאנים ואבי זאוס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אורנוס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הר מגורי האלים החדשים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קרונוס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אל השמיים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אולימפוס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המצב הריק הראשוני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הבריאה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הטיטאנים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מלחמת הטיטאנים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כאוס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האולימפוס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גאיה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אורנוס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זאוס ניצל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קרונוס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זאוס היה צריך לינצל כשהיה תינוק.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קרה אחרי שזאוס גדל והמלחמה הסתיימה?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השלב הראשון בסיפור הבריאה?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היה אביו של זאוס?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התיישבו האלים בסוף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סדר הבריאה במיתולוגיה היוונית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